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widowControl/>
      </w:pPr>
      <w:r>
        <w:t>Судебному приставу-исполнителю ________________________</w:t>
      </w:r>
    </w:p>
    <w:p>
      <w:pPr>
        <w:widowControl/>
      </w:pPr>
      <w:r>
        <w:t>Подразделение / регион ___________________________________</w:t>
      </w:r>
    </w:p>
    <w:p>
      <w:pPr>
        <w:widowControl/>
      </w:pPr>
      <w:r>
        <w:t>Адрес __________________________________________________</w:t>
      </w:r>
    </w:p>
    <w:p>
      <w:pPr>
        <w:widowControl/>
      </w:pPr>
      <w:r>
        <w:t>Заявитель (ФИО) __________________________________________</w:t>
      </w:r>
    </w:p>
    <w:p>
      <w:pPr>
        <w:widowControl/>
      </w:pPr>
      <w:r>
        <w:t>Адрес регистрации ________________________________________</w:t>
      </w:r>
    </w:p>
    <w:p>
      <w:pPr>
        <w:widowControl/>
      </w:pPr>
      <w:r>
        <w:t>Адрес для ответа _________________________________________</w:t>
      </w:r>
    </w:p>
    <w:p>
      <w:pPr>
        <w:widowControl/>
      </w:pPr>
      <w:r>
        <w:t>Телефон / электронная почта _______________________________</w:t>
      </w:r>
    </w:p>
    <w:p>
      <w:pPr>
        <w:pStyle w:val="Title"/>
        <w:widowControl/>
      </w:pPr>
      <w:r>
        <w:t>Заявление судебному приставу о прекращении исполнительного производства</w:t>
      </w:r>
    </w:p>
    <w:p>
      <w:pPr>
        <w:widowControl/>
      </w:pPr>
      <w:r>
        <w:t>Исполнительное производство № ______________ от __________________.</w:t>
      </w:r>
    </w:p>
    <w:p>
      <w:pPr>
        <w:widowControl/>
      </w:pPr>
      <w:r>
        <w:t>Взыскатель ___________________________________________________.</w:t>
      </w:r>
    </w:p>
    <w:p>
      <w:pPr>
        <w:widowControl/>
      </w:pPr>
      <w:r>
        <w:t>Исполнительный документ: вид, номер, дата _________________________.</w:t>
      </w:r>
    </w:p>
    <w:p>
      <w:pPr>
        <w:widowControl/>
      </w:pPr>
      <w:r>
        <w:t>Основание, предусмотренное частью 2 статьи 43 Закона № 229-ФЗ (указать пункт и обстоятельства)</w:t>
      </w:r>
    </w:p>
    <w:p>
      <w:pPr>
        <w:widowControl/>
        <w:spacing w:after="100" w:line="420" w:lineRule="exact"/>
      </w:pPr>
      <w:r>
        <w:t>____________________________________________________________________________</w:t>
      </w:r>
    </w:p>
    <w:p>
      <w:pPr>
        <w:widowControl/>
        <w:spacing w:after="100" w:line="420" w:lineRule="exact"/>
      </w:pPr>
      <w:r>
        <w:t>____________________________________________________________________________</w:t>
      </w:r>
    </w:p>
    <w:p>
      <w:pPr>
        <w:widowControl/>
        <w:spacing w:after="100" w:line="420" w:lineRule="exact"/>
      </w:pPr>
      <w:r>
        <w:t>____________________________________________________________________________</w:t>
      </w:r>
    </w:p>
    <w:p>
      <w:pPr>
        <w:widowControl/>
      </w:pPr>
      <w:r>
        <w:t>Подтверждающий судебный акт / иной документ: орган, дата, номер, дата вступления в силу, содержание</w:t>
      </w:r>
    </w:p>
    <w:p>
      <w:pPr>
        <w:widowControl/>
        <w:spacing w:after="100" w:line="420" w:lineRule="exact"/>
      </w:pPr>
      <w:r>
        <w:t>____________________________________________________________________________</w:t>
      </w:r>
    </w:p>
    <w:p>
      <w:pPr>
        <w:widowControl/>
        <w:spacing w:after="100" w:line="420" w:lineRule="exact"/>
      </w:pPr>
      <w:r>
        <w:t>____________________________________________________________________________</w:t>
      </w:r>
    </w:p>
    <w:p>
      <w:r>
        <w:br w:type="page"/>
      </w:r>
    </w:p>
    <w:p>
      <w:pPr>
        <w:pStyle w:val="Heading1"/>
        <w:widowControl/>
      </w:pPr>
      <w:r>
        <w:t>Прошу</w:t>
      </w:r>
    </w:p>
    <w:p>
      <w:pPr>
        <w:widowControl/>
      </w:pPr>
      <w:r>
        <w:t>1. Прекратить исполнительное производство № ________________________ на основании пункта _____ части 2 статьи 43 Федерального закона № 229-ФЗ.</w:t>
      </w:r>
    </w:p>
    <w:p>
      <w:pPr>
        <w:widowControl/>
      </w:pPr>
      <w:r>
        <w:t>2. Разрешить вопрос об отмене мер принудительного исполнения и ограничений в порядке статьи 44 указанного закона.</w:t>
      </w:r>
    </w:p>
    <w:p>
      <w:pPr>
        <w:widowControl/>
      </w:pPr>
      <w:r>
        <w:t>3. Направить копию постановления мне и организациям, исполняющим ограничения.</w:t>
      </w:r>
    </w:p>
    <w:p>
      <w:pPr>
        <w:pStyle w:val="Heading1"/>
        <w:widowControl/>
      </w:pPr>
      <w:r>
        <w:t>Приложения</w:t>
      </w:r>
    </w:p>
    <w:p>
      <w:pPr>
        <w:widowControl/>
      </w:pPr>
      <w:r>
        <w:t>1. Копия исполнительного документа / постановления о возбуждении производства. На _____ л.</w:t>
      </w:r>
    </w:p>
    <w:p>
      <w:pPr>
        <w:widowControl/>
      </w:pPr>
      <w:r>
        <w:t>2. Документы, подтверждающие основание прекращения. На _____ л.</w:t>
      </w:r>
    </w:p>
    <w:p>
      <w:pPr>
        <w:widowControl/>
      </w:pPr>
      <w:r>
        <w:t>3. Сведения о действующих ограничениях (при наличии). На _____ л.</w:t>
      </w:r>
    </w:p>
    <w:p>
      <w:pPr>
        <w:widowControl/>
      </w:pPr>
      <w:r>
        <w:t>Иные документы __________________________________________</w:t>
      </w:r>
    </w:p>
    <w:p>
      <w:pPr>
        <w:widowControl/>
      </w:pPr>
      <w:r>
        <w:t>Всего приложений _____, на _____ листах.</w:t>
      </w:r>
    </w:p>
    <w:p>
      <w:pPr>
        <w:widowControl/>
      </w:pPr>
      <w:r>
        <w:t>«____» __________________ 20____ г.</w:t>
      </w:r>
    </w:p>
    <w:p>
      <w:pPr>
        <w:widowControl/>
      </w:pPr>
      <w:r>
        <w:t>Подпись _________________ / ______________________________</w:t>
      </w:r>
    </w:p>
    <w:p>
      <w:pPr>
        <w:widowControl/>
      </w:pPr>
      <w:r>
        <w:t xml:space="preserve">                                      ФИО заявителя или представителя</w:t>
      </w:r>
    </w:p>
    <w:sectPr>
      <w:footerReference w:type="default" r:id="rId9"/>
      <w:pgSz w:w="11906" w:h="16838"/>
      <w:pgMar w:top="964" w:right="1020" w:bottom="96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/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Times New Roman" w:hAnsi="Times New Roman" w:eastAsia="Times New Roman" w:cs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00" w:line="259" w:lineRule="auto"/>
      <w:outlineLvl w:val="0"/>
    </w:pPr>
    <w:rPr>
      <w:rFonts w:ascii="Times New Roman" w:hAnsi="Times New Roman" w:eastAsia="Times New Roman" w:cs="Times New Roman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 w:line="259" w:lineRule="auto"/>
      <w:outlineLvl w:val="1"/>
    </w:pPr>
    <w:rPr>
      <w:rFonts w:ascii="Times New Roman" w:hAnsi="Times New Roman" w:eastAsia="Times New Roman" w:cs="Times New Roman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59" w:lineRule="auto" w:before="200"/>
      <w:contextualSpacing/>
      <w:jc w:val="center"/>
    </w:pPr>
    <w:rPr>
      <w:rFonts w:ascii="Times New Roman" w:hAnsi="Times New Roman" w:eastAsia="Times New Roman" w:cs="Times New Roman"/>
      <w:b/>
      <w:color w:val="000000"/>
      <w:spacing w:val="5"/>
      <w:kern w:val="28"/>
      <w:sz w:val="2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  <dc:identifier/>
</cp:coreProperties>
</file>