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widowControl/>
      </w:pPr>
      <w:r>
        <w:t>В ______________________________________________ суд</w:t>
      </w:r>
    </w:p>
    <w:p>
      <w:pPr>
        <w:widowControl/>
      </w:pPr>
      <w:r>
        <w:t>Адрес __________________________________________________</w:t>
      </w:r>
    </w:p>
    <w:p>
      <w:pPr>
        <w:widowControl/>
      </w:pPr>
      <w:r>
        <w:t>Заявитель (ФИО) __________________________________________</w:t>
      </w:r>
    </w:p>
    <w:p>
      <w:pPr>
        <w:widowControl/>
      </w:pPr>
      <w:r>
        <w:t>Адрес регистрации ________________________________________</w:t>
      </w:r>
    </w:p>
    <w:p>
      <w:pPr>
        <w:widowControl/>
      </w:pPr>
      <w:r>
        <w:t>Адрес для ответа _________________________________________</w:t>
      </w:r>
    </w:p>
    <w:p>
      <w:pPr>
        <w:widowControl/>
      </w:pPr>
      <w:r>
        <w:t>Телефон / электронная почта _______________________________</w:t>
      </w:r>
    </w:p>
    <w:p>
      <w:pPr>
        <w:widowControl/>
      </w:pPr>
      <w:r>
        <w:t>Дело № __________________________________________________</w:t>
      </w:r>
    </w:p>
    <w:p>
      <w:pPr>
        <w:widowControl/>
      </w:pPr>
      <w:r>
        <w:t>Другая сторона (ФИО / наименование) _______________________</w:t>
      </w:r>
    </w:p>
    <w:p>
      <w:pPr>
        <w:widowControl/>
      </w:pPr>
      <w:r>
        <w:t>Адрес __________________________________________________</w:t>
      </w:r>
    </w:p>
    <w:p>
      <w:pPr>
        <w:widowControl/>
      </w:pPr>
      <w:r>
        <w:t>Административный истец: дата и место рождения ___________________</w:t>
      </w:r>
    </w:p>
    <w:p>
      <w:pPr>
        <w:widowControl/>
      </w:pPr>
      <w:r>
        <w:t>Паспорт / иной идентификатор ___________________________________</w:t>
      </w:r>
    </w:p>
    <w:p>
      <w:pPr>
        <w:pStyle w:val="Title"/>
        <w:widowControl/>
      </w:pPr>
      <w:r>
        <w:t>Административное исковое заявление об оспаривании действий или бездействия судебного пристава</w:t>
      </w:r>
    </w:p>
    <w:p>
      <w:pPr>
        <w:widowControl/>
      </w:pPr>
      <w:r>
        <w:t>Административный ответчик: пристав ______________________________.</w:t>
      </w:r>
    </w:p>
    <w:p>
      <w:pPr>
        <w:widowControl/>
      </w:pPr>
      <w:r>
        <w:t>Подразделение и адрес __________________________________________.</w:t>
      </w:r>
    </w:p>
    <w:p>
      <w:pPr>
        <w:widowControl/>
      </w:pPr>
      <w:r>
        <w:t>Территориальный орган ФССП и адрес ______________________________.</w:t>
      </w:r>
    </w:p>
    <w:p>
      <w:pPr>
        <w:widowControl/>
      </w:pPr>
      <w:r>
        <w:t>Заинтересованное лицо (взыскатель / должник), адрес _________________</w:t>
      </w:r>
    </w:p>
    <w:p>
      <w:pPr>
        <w:widowControl/>
      </w:pPr>
      <w:r>
        <w:t>______________________________________________________________.</w:t>
      </w:r>
    </w:p>
    <w:p>
      <w:pPr>
        <w:widowControl/>
      </w:pPr>
      <w:r>
        <w:t>Исполнительное производство № _________________________________.</w:t>
      </w:r>
    </w:p>
    <w:p>
      <w:pPr>
        <w:widowControl/>
      </w:pPr>
      <w:r>
        <w:t>Оспариваемое постановление, действие или бездействие; даты и содержание</w:t>
      </w:r>
    </w:p>
    <w:p>
      <w:pPr>
        <w:widowControl/>
        <w:spacing w:after="100" w:line="420" w:lineRule="exact"/>
      </w:pPr>
      <w:r>
        <w:t>____________________________________________________________________________</w:t>
      </w:r>
    </w:p>
    <w:p>
      <w:pPr>
        <w:widowControl/>
        <w:spacing w:after="100" w:line="420" w:lineRule="exact"/>
      </w:pPr>
      <w:r>
        <w:t>____________________________________________________________________________</w:t>
      </w:r>
    </w:p>
    <w:p>
      <w:pPr>
        <w:widowControl/>
      </w:pPr>
      <w:r>
        <w:t>Нарушенные права, причины незаконности, нормы и доказательства</w:t>
      </w:r>
    </w:p>
    <w:p>
      <w:pPr>
        <w:widowControl/>
        <w:spacing w:after="100" w:line="420" w:lineRule="exact"/>
      </w:pPr>
      <w:r>
        <w:t>____________________________________________________________________________</w:t>
      </w:r>
    </w:p>
    <w:p>
      <w:pPr>
        <w:widowControl/>
        <w:spacing w:after="100" w:line="420" w:lineRule="exact"/>
      </w:pPr>
      <w:r>
        <w:t>____________________________________________________________________________</w:t>
      </w:r>
    </w:p>
    <w:p>
      <w:pPr>
        <w:widowControl/>
      </w:pPr>
      <w:r>
        <w:t>О нарушении узнал(а) __________. Доказательство ___________________.</w:t>
      </w:r>
    </w:p>
    <w:p>
      <w:r>
        <w:br w:type="page"/>
      </w:r>
    </w:p>
    <w:p>
      <w:pPr>
        <w:pStyle w:val="Heading1"/>
        <w:widowControl/>
      </w:pPr>
      <w:r>
        <w:t>Прошу</w:t>
      </w:r>
    </w:p>
    <w:p>
      <w:pPr>
        <w:widowControl/>
      </w:pPr>
      <w:r>
        <w:t>1. Признать незаконными постановление / действия / бездействие пристава: ________________________________________________________________.</w:t>
      </w:r>
    </w:p>
    <w:p>
      <w:pPr>
        <w:widowControl/>
      </w:pPr>
      <w:r>
        <w:t>2. Обязать административного ответчика устранить нарушение моих прав путем _________________________________________________________.</w:t>
      </w:r>
    </w:p>
    <w:p>
      <w:pPr>
        <w:widowControl/>
      </w:pPr>
      <w:r>
        <w:t>3. При пропуске срока: восстановить срок обращения по причинам __________ ______________________; подтверждающие документы прилагаются.</w:t>
      </w:r>
    </w:p>
    <w:p>
      <w:pPr>
        <w:widowControl/>
      </w:pPr>
      <w:r>
        <w:t>Основание: статьи 218-220, 360 КАС РФ; статьи 121, 128 Закона № 229-ФЗ. Требование о возмещении убытков в этот бланк не включено.</w:t>
      </w:r>
    </w:p>
    <w:p>
      <w:pPr>
        <w:pStyle w:val="Heading1"/>
        <w:widowControl/>
      </w:pPr>
      <w:r>
        <w:t>Приложения</w:t>
      </w:r>
    </w:p>
    <w:p>
      <w:pPr>
        <w:widowControl/>
      </w:pPr>
      <w:r>
        <w:t>1. Оспариваемое постановление и документы исполнительного производства. На _____ л.</w:t>
      </w:r>
    </w:p>
    <w:p>
      <w:pPr>
        <w:widowControl/>
      </w:pPr>
      <w:r>
        <w:t>2. Доказательства нарушения прав и даты, когда о нем стало известно. На _____ л.</w:t>
      </w:r>
    </w:p>
    <w:p>
      <w:pPr>
        <w:widowControl/>
      </w:pPr>
      <w:r>
        <w:t>3. Документы о досудебном обращении и ответе (если обращение было). На _____ л.</w:t>
      </w:r>
    </w:p>
    <w:p>
      <w:pPr>
        <w:widowControl/>
      </w:pPr>
      <w:r>
        <w:t>4. Доказательства вручения другим участникам копий иска и отсутствующих у них приложений либо копии для направления судом. На _____ л.</w:t>
      </w:r>
    </w:p>
    <w:p>
      <w:pPr>
        <w:widowControl/>
      </w:pPr>
      <w:r>
        <w:t>5. Документы о полномочиях представителя (если иск подает представитель). На _____ л.</w:t>
      </w:r>
    </w:p>
    <w:p>
      <w:pPr>
        <w:widowControl/>
      </w:pPr>
      <w:r>
        <w:t>Иные документы __________________________________________</w:t>
      </w:r>
    </w:p>
    <w:p>
      <w:pPr>
        <w:widowControl/>
      </w:pPr>
      <w:r>
        <w:t>Всего приложений _____, на _____ листах.</w:t>
      </w:r>
    </w:p>
    <w:p>
      <w:pPr>
        <w:widowControl/>
      </w:pPr>
      <w:r>
        <w:t>«____» __________________ 20____ г.</w:t>
      </w:r>
    </w:p>
    <w:p>
      <w:pPr>
        <w:widowControl/>
      </w:pPr>
      <w:r>
        <w:t>Подпись _________________ / ______________________________</w:t>
      </w:r>
    </w:p>
    <w:p>
      <w:pPr>
        <w:widowControl/>
      </w:pPr>
      <w:r>
        <w:t xml:space="preserve">                                      ФИО заявителя или представителя</w:t>
      </w:r>
    </w:p>
    <w:sectPr>
      <w:footerReference w:type="default" r:id="rId9"/>
      <w:pgSz w:w="11906" w:h="16838"/>
      <w:pgMar w:top="964" w:right="1020" w:bottom="96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/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Times New Roman" w:hAnsi="Times New Roman" w:eastAsia="Times New Roman" w:cs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00" w:line="259" w:lineRule="auto"/>
      <w:outlineLvl w:val="0"/>
    </w:pPr>
    <w:rPr>
      <w:rFonts w:ascii="Times New Roman" w:hAnsi="Times New Roman" w:eastAsia="Times New Roman" w:cs="Times New Roman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 w:line="259" w:lineRule="auto"/>
      <w:outlineLvl w:val="1"/>
    </w:pPr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59" w:lineRule="auto" w:before="200"/>
      <w:contextualSpacing/>
      <w:jc w:val="center"/>
    </w:pPr>
    <w:rPr>
      <w:rFonts w:ascii="Times New Roman" w:hAnsi="Times New Roman" w:eastAsia="Times New Roman" w:cs="Times New Roman"/>
      <w:b/>
      <w:color w:val="000000"/>
      <w:spacing w:val="5"/>
      <w:kern w:val="28"/>
      <w:sz w:val="2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  <dc:identifier/>
</cp:coreProperties>
</file>