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В __________________________________________________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pStyle w:val="Title"/>
        <w:widowControl/>
      </w:pPr>
      <w:r>
        <w:t>Заявление в МФО о возврате переплаты</w:t>
      </w:r>
    </w:p>
    <w:p>
      <w:pPr>
        <w:widowControl/>
      </w:pPr>
      <w:r>
        <w:t>Наименование МФО ______________________________________________.</w:t>
      </w:r>
    </w:p>
    <w:p>
      <w:pPr>
        <w:widowControl/>
      </w:pPr>
      <w:r>
        <w:t>Договор займа № __________ от __________. Сумма займа __________ руб.</w:t>
      </w:r>
    </w:p>
    <w:p>
      <w:pPr>
        <w:widowControl/>
      </w:pPr>
      <w:r>
        <w:t>Всего внесено __________ руб. за период ___________________________.</w:t>
      </w:r>
    </w:p>
    <w:p>
      <w:pPr>
        <w:widowControl/>
      </w:pPr>
      <w:r>
        <w:t>По моему расчету подлежало уплате __________ руб.</w:t>
      </w:r>
    </w:p>
    <w:p>
      <w:pPr>
        <w:widowControl/>
      </w:pPr>
      <w:r>
        <w:t>Переплата составляет __________ руб. Расчет прилагается.</w:t>
      </w:r>
    </w:p>
    <w:p>
      <w:pPr>
        <w:widowControl/>
      </w:pPr>
      <w:r>
        <w:t>Основание переплаты: двойной платеж, неверное начисление, неучтенный платеж, незаконная комиссия либо другое конкретное основание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Даты и реквизиты платежей; спорные начисления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Провести сверку расчетов и предоставить подробный расчет начислений, платежей и их распределения по договору.</w:t>
      </w:r>
    </w:p>
    <w:p>
      <w:pPr>
        <w:widowControl/>
      </w:pPr>
      <w:r>
        <w:t>2. Возвратить подтвержденную переплату в размере __________ руб. по указанным реквизитам.</w:t>
      </w:r>
    </w:p>
    <w:p>
      <w:pPr>
        <w:widowControl/>
      </w:pPr>
      <w:r>
        <w:t>3. Сообщить письменный мотивированный результат рассмотрения заявления; при несогласии приложить расчет с основаниями начислений.</w:t>
      </w:r>
    </w:p>
    <w:p>
      <w:pPr>
        <w:widowControl/>
      </w:pPr>
      <w:r>
        <w:t>Получатель (ФИО) _________________________________________</w:t>
      </w:r>
    </w:p>
    <w:p>
      <w:pPr>
        <w:widowControl/>
      </w:pPr>
      <w:r>
        <w:t>Номер счета ______________________________________________</w:t>
      </w:r>
    </w:p>
    <w:p>
      <w:pPr>
        <w:widowControl/>
      </w:pPr>
      <w:r>
        <w:t>Банк ____________________________________________________</w:t>
      </w:r>
    </w:p>
    <w:p>
      <w:pPr>
        <w:widowControl/>
      </w:pPr>
      <w:r>
        <w:t>Адрес банка ______________________________________________</w:t>
      </w:r>
    </w:p>
    <w:p>
      <w:pPr>
        <w:widowControl/>
      </w:pPr>
      <w:r>
        <w:t>БИК __________________ Корр. счет _________________________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Копия договора и применимых условий. На _____ л.</w:t>
      </w:r>
    </w:p>
    <w:p>
      <w:pPr>
        <w:widowControl/>
      </w:pPr>
      <w:r>
        <w:t>2. Платежные документы и выписки. На _____ л.</w:t>
      </w:r>
    </w:p>
    <w:p>
      <w:pPr>
        <w:widowControl/>
      </w:pPr>
      <w:r>
        <w:t>3. Расчет переплаты с разбивкой по платежам и начислениям.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