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Судебному приставу-исполнителю ________________________</w:t>
      </w:r>
    </w:p>
    <w:p>
      <w:pPr>
        <w:widowControl/>
      </w:pPr>
      <w:r>
        <w:t>Подразделение / регион ___________________________________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pStyle w:val="Title"/>
        <w:widowControl/>
      </w:pPr>
      <w:r>
        <w:t>Заявление о снятии ареста с автомобиля</w:t>
      </w:r>
    </w:p>
    <w:p>
      <w:pPr>
        <w:widowControl/>
      </w:pPr>
      <w:r>
        <w:t>Исполнительное производство № _________________________________.</w:t>
      </w:r>
    </w:p>
    <w:p>
      <w:pPr>
        <w:widowControl/>
      </w:pPr>
      <w:r>
        <w:t>Постановление от __________________ № _________________________.</w:t>
      </w:r>
    </w:p>
    <w:p>
      <w:pPr>
        <w:widowControl/>
      </w:pPr>
      <w:r>
        <w:t>Автомобиль: марка, модель __________________ Год выпуска __________.</w:t>
      </w:r>
    </w:p>
    <w:p>
      <w:pPr>
        <w:widowControl/>
      </w:pPr>
      <w:r>
        <w:t>VIN _______________________ Госномер _________________________.</w:t>
      </w:r>
    </w:p>
    <w:p>
      <w:pPr>
        <w:widowControl/>
      </w:pPr>
      <w:r>
        <w:t>Свидетельство о регистрации / ПТС _______________________________.</w:t>
      </w:r>
    </w:p>
    <w:p>
      <w:pPr>
        <w:widowControl/>
      </w:pPr>
      <w:r>
        <w:t>Какая мера применена: арест, запрет регистрационных действий, изъятие; основания и документы для ее отмены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Сведения о собственнике, дате приобретения и наличии спора о праве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Отменить [ ] арест [ ] запрет регистрационных действий [ ] иную меру ______________ в отношении указанного автомобиля по изложенному основанию.</w:t>
      </w:r>
    </w:p>
    <w:p>
      <w:pPr>
        <w:widowControl/>
      </w:pPr>
      <w:r>
        <w:t>2. Направить постановление об отмене ограничения в регистрационное подразделение Госавтоинспекции и иным исполняющим организациям.</w:t>
      </w:r>
    </w:p>
    <w:p>
      <w:pPr>
        <w:widowControl/>
      </w:pPr>
      <w:r>
        <w:t>3. Направить мне копию принятого постановления.</w:t>
      </w:r>
    </w:p>
    <w:p>
      <w:pPr>
        <w:widowControl/>
      </w:pPr>
      <w:r>
        <w:t>Основание обращения: статьи 64.1, 80 Закона № 229-ФЗ и применимая норма об отмене ограничения: __________________________________.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Документы на автомобиль и о праве собственности. На _____ л.</w:t>
      </w:r>
    </w:p>
    <w:p>
      <w:pPr>
        <w:widowControl/>
      </w:pPr>
      <w:r>
        <w:t>2. Постановление / акт ареста и сведения об ограничениях. На _____ л.</w:t>
      </w:r>
    </w:p>
    <w:p>
      <w:pPr>
        <w:widowControl/>
      </w:pPr>
      <w:r>
        <w:t>3. Документы, подтверждающие основание отмены ограничения.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