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В __________________________________________________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pStyle w:val="Title"/>
        <w:widowControl/>
      </w:pPr>
      <w:r>
        <w:t>Заявление в БКИ об оспаривании сведений в кредитной истории</w:t>
      </w:r>
    </w:p>
    <w:p>
      <w:pPr>
        <w:widowControl/>
      </w:pPr>
      <w:r>
        <w:t>Наименование БКИ ______________________________________________.</w:t>
      </w:r>
    </w:p>
    <w:p>
      <w:pPr>
        <w:widowControl/>
      </w:pPr>
      <w:r>
        <w:t>Дата рождения __________ Место рождения _________________________.</w:t>
      </w:r>
    </w:p>
    <w:p>
      <w:pPr>
        <w:widowControl/>
      </w:pPr>
      <w:r>
        <w:t>Паспорт / иной документ: серия ______ номер ______, выдан __________.</w:t>
      </w:r>
    </w:p>
    <w:p>
      <w:pPr>
        <w:widowControl/>
      </w:pPr>
      <w:r>
        <w:t>Кем выдан _____________________________________________________.</w:t>
      </w:r>
    </w:p>
    <w:p>
      <w:pPr>
        <w:widowControl/>
      </w:pPr>
      <w:r>
        <w:t>ИНН (при наличии) ______________ СНИЛС (при наличии) ______________.</w:t>
      </w:r>
    </w:p>
    <w:p>
      <w:pPr>
        <w:widowControl/>
      </w:pPr>
      <w:r>
        <w:t>Прежние ФИО / паспорт (если нужны для поиска) _____________________.</w:t>
      </w:r>
    </w:p>
    <w:p>
      <w:pPr>
        <w:widowControl/>
      </w:pPr>
      <w:r>
        <w:t>Кредитный отчет № __________ от __________. Страница / раздел _______.</w:t>
      </w:r>
    </w:p>
    <w:p>
      <w:pPr>
        <w:widowControl/>
      </w:pPr>
      <w:r>
        <w:t>Источник сведений __________________ Договор № __________ от ______.</w:t>
      </w:r>
    </w:p>
    <w:p>
      <w:pPr>
        <w:widowControl/>
      </w:pPr>
      <w:r>
        <w:t>Какие сведения оспариваю и какие сведения считаю правильными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Провести проверку оспариваемых сведений в порядке статьи 8 Федерального закона № 218-ФЗ «О кредитных историях».</w:t>
      </w:r>
    </w:p>
    <w:p>
      <w:pPr>
        <w:widowControl/>
      </w:pPr>
      <w:r>
        <w:t>2. По результатам проверки внести следующие изменения / дополнения: _____ ________________________________________________________________.</w:t>
      </w:r>
    </w:p>
    <w:p>
      <w:pPr>
        <w:widowControl/>
      </w:pPr>
      <w:r>
        <w:t>3. Направить результат рассмотрения заявления и мотивированный ответ по указанному адресу.</w:t>
      </w:r>
    </w:p>
    <w:p>
      <w:pPr>
        <w:widowControl/>
      </w:pPr>
      <w:r>
        <w:t>Обоснование недостоверности сведений и подтверждающие документы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Фрагмент кредитного отчета с обозначением спорной записи. На _____ л.</w:t>
      </w:r>
    </w:p>
    <w:p>
      <w:pPr>
        <w:widowControl/>
      </w:pPr>
      <w:r>
        <w:t>2. Документы, подтверждающие правильные сведения. На _____ л.</w:t>
      </w:r>
    </w:p>
    <w:p>
      <w:pPr>
        <w:widowControl/>
      </w:pPr>
      <w:r>
        <w:t>3. Документы об обращении к кредитору / в полицию (если обращение было).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