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Судебному приставу-исполнителю ________________________</w:t>
      </w:r>
    </w:p>
    <w:p>
      <w:pPr>
        <w:widowControl/>
      </w:pPr>
      <w:r>
        <w:t>Подразделение / регион ___________________________________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pStyle w:val="Title"/>
        <w:widowControl/>
      </w:pPr>
      <w:r>
        <w:t>Заявление о сохранении прожиточного минимума при взыскании задолженности</w:t>
      </w:r>
    </w:p>
    <w:p>
      <w:pPr>
        <w:widowControl/>
      </w:pPr>
      <w:r>
        <w:t>Дата и место рождения _________________________________________.</w:t>
      </w:r>
    </w:p>
    <w:p>
      <w:pPr>
        <w:widowControl/>
      </w:pPr>
      <w:r>
        <w:t>Гражданство __________________________________________________.</w:t>
      </w:r>
    </w:p>
    <w:p>
      <w:pPr>
        <w:widowControl/>
      </w:pPr>
      <w:r>
        <w:t>Паспорт: серия ______ номер __________, выдан ____________________.</w:t>
      </w:r>
    </w:p>
    <w:p>
      <w:pPr>
        <w:widowControl/>
      </w:pPr>
      <w:r>
        <w:t>Исполнительное производство / сводное производство № ______________.</w:t>
      </w:r>
    </w:p>
    <w:p>
      <w:pPr>
        <w:widowControl/>
      </w:pPr>
      <w:r>
        <w:t>Источник ежемесячного дохода, плательщик, его адрес и размер дохода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Социально-демографическая группа _______________________________.</w:t>
      </w:r>
    </w:p>
    <w:p>
      <w:pPr>
        <w:widowControl/>
      </w:pPr>
      <w:r>
        <w:t>Регион проживания _____________________________________________.</w:t>
      </w:r>
    </w:p>
    <w:p>
      <w:pPr>
        <w:widowControl/>
      </w:pPr>
      <w:r>
        <w:t>Прошу сохранять доход на одном указанном ниже банковском счете.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Сохранять ежемесячно заработную плату и иные доходы в размере прожиточного минимума трудоспособного населения в целом по РФ либо превышающего его регионального минимума для моей социально-демографической группы по месту жительства.</w:t>
      </w:r>
    </w:p>
    <w:p>
      <w:pPr>
        <w:widowControl/>
      </w:pPr>
      <w:r>
        <w:t>2. Указать требование о сохранении этой суммы в постановлении об обращении взыскания на доходы и направить его исполняющей организации.</w:t>
      </w:r>
    </w:p>
    <w:p>
      <w:pPr>
        <w:widowControl/>
      </w:pPr>
      <w:r>
        <w:t>3. Направить мне копию принятого постановления.</w:t>
      </w:r>
    </w:p>
    <w:p>
      <w:pPr>
        <w:widowControl/>
      </w:pPr>
      <w:r>
        <w:t>Основание: часть 5.1 статьи 69 Закона № 229-ФЗ. Бланк адресован приставу.</w:t>
      </w:r>
    </w:p>
    <w:p>
      <w:pPr>
        <w:widowControl/>
      </w:pPr>
      <w:r>
        <w:t>Получатель (ФИО) _________________________________________</w:t>
      </w:r>
    </w:p>
    <w:p>
      <w:pPr>
        <w:widowControl/>
      </w:pPr>
      <w:r>
        <w:t>Номер счета ______________________________________________</w:t>
      </w:r>
    </w:p>
    <w:p>
      <w:pPr>
        <w:widowControl/>
      </w:pPr>
      <w:r>
        <w:t>Банк ____________________________________________________</w:t>
      </w:r>
    </w:p>
    <w:p>
      <w:pPr>
        <w:widowControl/>
      </w:pPr>
      <w:r>
        <w:t>Адрес банка ______________________________________________</w:t>
      </w:r>
    </w:p>
    <w:p>
      <w:pPr>
        <w:widowControl/>
      </w:pPr>
      <w:r>
        <w:t>БИК __________________ Корр. счет _________________________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Документы о доходах и их источниках. На _____ л.</w:t>
      </w:r>
    </w:p>
    <w:p>
      <w:pPr>
        <w:widowControl/>
      </w:pPr>
      <w:r>
        <w:t>2. Банковские реквизиты выбранного счета. На _____ л.</w:t>
      </w:r>
    </w:p>
    <w:p>
      <w:pPr>
        <w:widowControl/>
      </w:pPr>
      <w:r>
        <w:t>3. Документы о месте жительства и категории населения (при необходимости).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