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Судебному приставу-исполнителю ________________________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о снятии ареста с банковского счета</w:t>
      </w:r>
    </w:p>
    <w:p>
      <w:pPr>
        <w:widowControl/>
      </w:pPr>
      <w:r>
        <w:t>Исполнительное производство № _________________________________.</w:t>
      </w:r>
    </w:p>
    <w:p>
      <w:pPr>
        <w:widowControl/>
      </w:pPr>
      <w:r>
        <w:t>Постановление об аресте от __________ № _________________________.</w:t>
      </w:r>
    </w:p>
    <w:p>
      <w:pPr>
        <w:widowControl/>
      </w:pPr>
      <w:r>
        <w:t>Банк ___________________ Счет № _______________________________.</w:t>
      </w:r>
    </w:p>
    <w:p>
      <w:pPr>
        <w:widowControl/>
      </w:pPr>
      <w:r>
        <w:t>Размер арестованных средств __________ руб.</w:t>
      </w:r>
    </w:p>
    <w:p>
      <w:pPr>
        <w:widowControl/>
      </w:pPr>
      <w:r>
        <w:t>Основания для снятия ареста полностью или в части; какие суммы и за какой период затронуты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Документы, подтверждающие основание и происхождение средств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Отменить наложенный указанным постановлением арест денежных средств на счете [ ] полностью [ ] в части __________ руб. по изложенному основанию.</w:t>
      </w:r>
    </w:p>
    <w:p>
      <w:pPr>
        <w:widowControl/>
      </w:pPr>
      <w:r>
        <w:t>2. При наличии отдельного постановления об обращении взыскания разрешить вопрос о его отмене или изменении в соответствующей части.</w:t>
      </w:r>
    </w:p>
    <w:p>
      <w:pPr>
        <w:widowControl/>
      </w:pPr>
      <w:r>
        <w:t>3. Направить необходимые постановления в банк и выдать мне их копии.</w:t>
      </w:r>
    </w:p>
    <w:p>
      <w:pPr>
        <w:widowControl/>
      </w:pPr>
      <w:r>
        <w:t>Применимые нормы Закона № 229-ФЗ: статьи 64.1, 81; при защищенных выплатах - статья 101; иное конкретное основание: ___________________.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Постановление об аресте / сведения об ограничениях банка. На _____ л.</w:t>
      </w:r>
    </w:p>
    <w:p>
      <w:pPr>
        <w:widowControl/>
      </w:pPr>
      <w:r>
        <w:t>2. Выписка по счету с назначением поступлений. На _____ л.</w:t>
      </w:r>
    </w:p>
    <w:p>
      <w:pPr>
        <w:widowControl/>
      </w:pPr>
      <w:r>
        <w:t>3. Документы об основании снятия ареста, в том числе о защищенном характере выплат (если применимо).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