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</w:pPr>
      <w:r>
        <w:t>Мировому судье судебного участка № ____________________</w:t>
      </w:r>
    </w:p>
    <w:p>
      <w:pPr>
        <w:widowControl/>
      </w:pPr>
      <w:r>
        <w:t>Адрес __________________________________________________</w:t>
      </w:r>
    </w:p>
    <w:p>
      <w:pPr>
        <w:widowControl/>
      </w:pPr>
      <w:r>
        <w:t>Заявитель (ФИО) __________________________________________</w:t>
      </w:r>
    </w:p>
    <w:p>
      <w:pPr>
        <w:widowControl/>
      </w:pPr>
      <w:r>
        <w:t>Адрес регистрации ________________________________________</w:t>
      </w:r>
    </w:p>
    <w:p>
      <w:pPr>
        <w:widowControl/>
      </w:pPr>
      <w:r>
        <w:t>Адрес для ответа _________________________________________</w:t>
      </w:r>
    </w:p>
    <w:p>
      <w:pPr>
        <w:widowControl/>
      </w:pPr>
      <w:r>
        <w:t>Телефон / электронная почта _______________________________</w:t>
      </w:r>
    </w:p>
    <w:p>
      <w:pPr>
        <w:widowControl/>
      </w:pPr>
      <w:r>
        <w:t>Дело № __________________________________________________</w:t>
      </w:r>
    </w:p>
    <w:p>
      <w:pPr>
        <w:widowControl/>
      </w:pPr>
      <w:r>
        <w:t>Другая сторона (ФИО / наименование) _______________________</w:t>
      </w:r>
    </w:p>
    <w:p>
      <w:pPr>
        <w:widowControl/>
      </w:pPr>
      <w:r>
        <w:t>Адрес __________________________________________________</w:t>
      </w:r>
    </w:p>
    <w:p>
      <w:pPr>
        <w:pStyle w:val="Title"/>
        <w:widowControl/>
      </w:pPr>
      <w:r>
        <w:t>Заявление о восстановлении срока на подачу возражений относительно судебного приказа</w:t>
      </w:r>
    </w:p>
    <w:p>
      <w:pPr>
        <w:widowControl/>
      </w:pPr>
      <w:r>
        <w:t>Судебный приказ от __________ по делу № _________________________.</w:t>
      </w:r>
    </w:p>
    <w:p>
      <w:pPr>
        <w:widowControl/>
      </w:pPr>
      <w:r>
        <w:t>Взыскатель __________________ Сумма взыскания __________ руб.</w:t>
      </w:r>
    </w:p>
    <w:p>
      <w:pPr>
        <w:widowControl/>
      </w:pPr>
      <w:r>
        <w:t>Копия приказа получена / о приказе стало известно ____________________.</w:t>
      </w:r>
    </w:p>
    <w:p>
      <w:pPr>
        <w:widowControl/>
      </w:pPr>
      <w:r>
        <w:t>Источник сведений о приказе и доказательства даты получения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Причины невозможности своевременной подачи возражений, не зависящие от меня; период действия препятствий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  <w:spacing w:after="100" w:line="420" w:lineRule="exact"/>
      </w:pPr>
      <w:r>
        <w:t>____________________________________________________________________________</w:t>
      </w:r>
    </w:p>
    <w:p>
      <w:pPr>
        <w:widowControl/>
      </w:pPr>
      <w:r>
        <w:t>Препятствия прекратились __________; возражения подаю ______________.</w:t>
      </w:r>
    </w:p>
    <w:p>
      <w:r>
        <w:br w:type="page"/>
      </w:r>
    </w:p>
    <w:p>
      <w:pPr>
        <w:pStyle w:val="Heading1"/>
        <w:widowControl/>
      </w:pPr>
      <w:r>
        <w:t>Прошу</w:t>
      </w:r>
    </w:p>
    <w:p>
      <w:pPr>
        <w:widowControl/>
      </w:pPr>
      <w:r>
        <w:t>1. Восстановить пропущенный срок и принять возражения относительно исполнения судебного приказа от __________ по делу № _______________.</w:t>
      </w:r>
    </w:p>
    <w:p>
      <w:pPr>
        <w:widowControl/>
      </w:pPr>
      <w:r>
        <w:t>2. Отменить указанный судебный приказ, поскольку возражаю относительно его исполнения и не согласен(на) с заявленным взысканием.</w:t>
      </w:r>
    </w:p>
    <w:p>
      <w:pPr>
        <w:widowControl/>
      </w:pPr>
      <w:r>
        <w:t>3. Направить мне копию определения суда.</w:t>
      </w:r>
    </w:p>
    <w:p>
      <w:pPr>
        <w:widowControl/>
      </w:pPr>
      <w:r>
        <w:t>Возражения относительно исполнения судебного приказа</w:t>
      </w:r>
    </w:p>
    <w:p>
      <w:pPr>
        <w:widowControl/>
      </w:pPr>
      <w:r>
        <w:t>С взысканием по указанному приказу не согласен(на). Настоящее заявление одновременно содержит мои возражения относительно его исполнения.</w:t>
      </w:r>
    </w:p>
    <w:p>
      <w:pPr>
        <w:widowControl/>
      </w:pPr>
      <w:r>
        <w:t>Основание: статьи 112, 128, 129 ГПК РФ.</w:t>
      </w:r>
    </w:p>
    <w:p>
      <w:pPr>
        <w:pStyle w:val="Heading1"/>
        <w:widowControl/>
      </w:pPr>
      <w:r>
        <w:t>Приложения</w:t>
      </w:r>
    </w:p>
    <w:p>
      <w:pPr>
        <w:widowControl/>
      </w:pPr>
      <w:r>
        <w:t>1. Копия судебного приказа (если получена). На _____ л.</w:t>
      </w:r>
    </w:p>
    <w:p>
      <w:pPr>
        <w:widowControl/>
      </w:pPr>
      <w:r>
        <w:t>2. Документы о получении приказа / дате обнаружения взыскания. На _____ л.</w:t>
      </w:r>
    </w:p>
    <w:p>
      <w:pPr>
        <w:widowControl/>
      </w:pPr>
      <w:r>
        <w:t>3. Доказательства независящих от заявителя причин пропуска и даты их прекращения. На _____ л.</w:t>
      </w:r>
    </w:p>
    <w:p>
      <w:pPr>
        <w:widowControl/>
      </w:pPr>
      <w:r>
        <w:t>Иные документы __________________________________________</w:t>
      </w:r>
    </w:p>
    <w:p>
      <w:pPr>
        <w:widowControl/>
      </w:pPr>
      <w:r>
        <w:t>Всего приложений _____, на _____ листах.</w:t>
      </w:r>
    </w:p>
    <w:p>
      <w:pPr>
        <w:widowControl/>
      </w:pPr>
      <w:r>
        <w:t>«____» __________________ 20____ г.</w:t>
      </w:r>
    </w:p>
    <w:p>
      <w:pPr>
        <w:widowControl/>
      </w:pPr>
      <w:r>
        <w:t>Подпись _________________ / ______________________________</w:t>
      </w:r>
    </w:p>
    <w:p>
      <w:pPr>
        <w:widowControl/>
      </w:pPr>
      <w:r>
        <w:t xml:space="preserve">                                      ФИО заявителя или представителя</w:t>
      </w:r>
    </w:p>
    <w:sectPr>
      <w:footerReference w:type="default" r:id="rId9"/>
      <w:pgSz w:w="11906" w:h="16838"/>
      <w:pgMar w:top="964" w:right="1020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59" w:lineRule="auto" w:before="200"/>
      <w:contextualSpacing/>
      <w:jc w:val="center"/>
    </w:pPr>
    <w:rPr>
      <w:rFonts w:ascii="Times New Roman" w:hAnsi="Times New Roman" w:eastAsia="Times New Roman" w:cs="Times New Roman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</cp:coreProperties>
</file>